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1691" w14:textId="77777777" w:rsidR="00FD5A90" w:rsidRDefault="00FD5A90" w:rsidP="00FD5A90">
      <w:pPr>
        <w:pStyle w:val="Heading1"/>
      </w:pPr>
      <w:r>
        <w:t>Tailwind Traders: resúmenes de casos de soporte (últimos 3 meses)</w:t>
      </w:r>
    </w:p>
    <w:p w14:paraId="6B8177E3" w14:textId="77777777" w:rsidR="00000000" w:rsidRDefault="00000000"/>
    <w:p w14:paraId="55A68819" w14:textId="6E14AC7B" w:rsidR="00FD5A90" w:rsidRDefault="00FD5A90" w:rsidP="00FD5A90">
      <w:pPr>
        <w:pStyle w:val="Heading2"/>
      </w:pPr>
      <w:r>
        <w:t>Caso TT-3000 (2025-11-10)</w:t>
      </w:r>
    </w:p>
    <w:p w14:paraId="70C01599" w14:textId="77777777" w:rsidR="00FD5A90" w:rsidRDefault="00FD5A90" w:rsidP="00FD5A90">
      <w:r>
        <w:t>Problema: Parpadeo del LED en la linterna NightGuide</w:t>
      </w:r>
      <w:proofErr w:type="spellStart"/>
      <w:r/>
      <w:proofErr w:type="spellEnd"/>
      <w:r/>
    </w:p>
    <w:p w14:paraId="14098BB7" w14:textId="77777777" w:rsidR="00FD5A90" w:rsidRDefault="00FD5A90" w:rsidP="00FD5A90">
      <w:r>
        <w:t>Acciones realizadas: Se solicitó el comprobante de compra y se confirmó la cobertura de la garantía</w:t>
      </w:r>
    </w:p>
    <w:p w14:paraId="4D41AC25" w14:textId="77777777" w:rsidR="00FD5A90" w:rsidRDefault="00FD5A90" w:rsidP="00FD5A90">
      <w:r>
        <w:t>Resultado: Defecto confirmado e incluido en el informe semanal de calidad</w:t>
      </w:r>
    </w:p>
    <w:p w14:paraId="6B75D7E9" w14:textId="77777777" w:rsidR="00FD5A90" w:rsidRDefault="00FD5A90" w:rsidP="00FD5A90"/>
    <w:p w14:paraId="22E908FF" w14:textId="77777777" w:rsidR="00FD5A90" w:rsidRDefault="00FD5A90" w:rsidP="00FD5A90">
      <w:pPr>
        <w:pStyle w:val="Heading2"/>
      </w:pPr>
      <w:r>
        <w:t>Caso TT-3001 (2025-10-26)</w:t>
      </w:r>
    </w:p>
    <w:p w14:paraId="610AE225" w14:textId="77777777" w:rsidR="00FD5A90" w:rsidRDefault="00FD5A90" w:rsidP="00FD5A90">
      <w:r>
        <w:t>Problema: Falla del cierre en la chaqueta Alpine StormShell</w:t>
      </w:r>
      <w:proofErr w:type="spellStart"/>
      <w:r/>
      <w:proofErr w:type="spellEnd"/>
      <w:r/>
    </w:p>
    <w:p w14:paraId="79929887" w14:textId="77777777" w:rsidR="00FD5A90" w:rsidRDefault="00FD5A90" w:rsidP="00FD5A90">
      <w:r>
        <w:t>Acciones realizadas: Se solicitó evidencia en video para verificar el problema</w:t>
      </w:r>
    </w:p>
    <w:p w14:paraId="07F27340" w14:textId="77777777" w:rsidR="00FD5A90" w:rsidRDefault="00FD5A90" w:rsidP="00FD5A90">
      <w:r>
        <w:t>Resultado: Defecto confirmado e incluido en el informe semanal de calidad</w:t>
      </w:r>
    </w:p>
    <w:p w14:paraId="7B3C09A1" w14:textId="77777777" w:rsidR="00FD5A90" w:rsidRDefault="00FD5A90" w:rsidP="00FD5A90"/>
    <w:p w14:paraId="494A6C36" w14:textId="77777777" w:rsidR="00FD5A90" w:rsidRDefault="00FD5A90" w:rsidP="00FD5A90">
      <w:pPr>
        <w:pStyle w:val="Heading2"/>
      </w:pPr>
      <w:r>
        <w:t>Caso TT-3002 (2025-11-04)</w:t>
      </w:r>
    </w:p>
    <w:p w14:paraId="47261DDF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1C54CE14" w14:textId="77777777" w:rsidR="00FD5A90" w:rsidRDefault="00FD5A90" w:rsidP="00FD5A90">
      <w:r>
        <w:t>Acciones realizadas: Se solicitó el comprobante de compra y se confirmó la cobertura de la garantía</w:t>
      </w:r>
    </w:p>
    <w:p w14:paraId="7C72957A" w14:textId="77777777" w:rsidR="00FD5A90" w:rsidRDefault="00FD5A90" w:rsidP="00FD5A90">
      <w:r>
        <w:t>Resultado: Escalado a ingeniería para una segunda revisión</w:t>
      </w:r>
    </w:p>
    <w:p w14:paraId="52DD5CB6" w14:textId="77777777" w:rsidR="00FD5A90" w:rsidRDefault="00FD5A90" w:rsidP="00FD5A90"/>
    <w:p w14:paraId="113A8178" w14:textId="77777777" w:rsidR="00FD5A90" w:rsidRDefault="00FD5A90" w:rsidP="00FD5A90">
      <w:pPr>
        <w:pStyle w:val="Heading2"/>
      </w:pPr>
      <w:r>
        <w:t>Caso TT-3003 (2025-10-25)</w:t>
      </w:r>
    </w:p>
    <w:p w14:paraId="0C8599C9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7C69688A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72DC82FF" w14:textId="77777777" w:rsidR="00FD5A90" w:rsidRDefault="00FD5A90" w:rsidP="00FD5A90">
      <w:r>
        <w:t>Resultado: Defecto confirmado e incluido en el informe semanal de calidad</w:t>
      </w:r>
    </w:p>
    <w:p w14:paraId="109A5D10" w14:textId="77777777" w:rsidR="00FD5A90" w:rsidRDefault="00FD5A90" w:rsidP="00FD5A90"/>
    <w:p w14:paraId="0CF0DBFF" w14:textId="77777777" w:rsidR="00FD5A90" w:rsidRDefault="00FD5A90" w:rsidP="00FD5A90">
      <w:pPr>
        <w:pStyle w:val="Heading2"/>
      </w:pPr>
      <w:r>
        <w:t>Caso TT-3004 (2025-10-27)</w:t>
      </w:r>
    </w:p>
    <w:p w14:paraId="0F348D6C" w14:textId="77777777" w:rsidR="00FD5A90" w:rsidRDefault="00FD5A90" w:rsidP="00FD5A90">
      <w:r>
        <w:t>Problema: Problema de durabilidad: se afloja un segmento del bastón de senderismo</w:t>
      </w:r>
    </w:p>
    <w:p w14:paraId="6E221C28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2D9F2604" w14:textId="77777777" w:rsidR="00FD5A90" w:rsidRDefault="00FD5A90" w:rsidP="00FD5A90">
      <w:r>
        <w:t>Resultado: Escalado a ingeniería para una segunda revisión</w:t>
      </w:r>
    </w:p>
    <w:p w14:paraId="4D82281E" w14:textId="77777777" w:rsidR="00FD5A90" w:rsidRDefault="00FD5A90" w:rsidP="00FD5A90"/>
    <w:p w14:paraId="1549D760" w14:textId="77777777" w:rsidR="00FD5A90" w:rsidRDefault="00FD5A90" w:rsidP="00FD5A90">
      <w:pPr>
        <w:pStyle w:val="Heading2"/>
      </w:pPr>
      <w:r>
        <w:t>Caso TT-3005 (2025-10-17)</w:t>
      </w:r>
    </w:p>
    <w:p w14:paraId="4CD8347F" w14:textId="77777777" w:rsidR="00FD5A90" w:rsidRDefault="00FD5A90" w:rsidP="00FD5A90">
      <w:r>
        <w:t>Problema: Parpadeo del LED en la linterna NightGuide</w:t>
      </w:r>
      <w:proofErr w:type="spellStart"/>
      <w:r/>
      <w:proofErr w:type="spellEnd"/>
      <w:r/>
    </w:p>
    <w:p w14:paraId="1D62D5F0" w14:textId="77777777" w:rsidR="00FD5A90" w:rsidRDefault="00FD5A90" w:rsidP="00FD5A90">
      <w:r>
        <w:t>Acciones realizadas: Se marcó el caso para el análisis de tendencias de calidad</w:t>
      </w:r>
    </w:p>
    <w:p w14:paraId="73B61DF1" w14:textId="77777777" w:rsidR="00FD5A90" w:rsidRDefault="00FD5A90" w:rsidP="00FD5A90">
      <w:r>
        <w:t>Resultado: Defecto confirmado e incluido en el informe semanal de calidad</w:t>
      </w:r>
    </w:p>
    <w:p w14:paraId="2CA7AAE0" w14:textId="77777777" w:rsidR="00FD5A90" w:rsidRDefault="00FD5A90" w:rsidP="00FD5A90"/>
    <w:p w14:paraId="375324D3" w14:textId="77777777" w:rsidR="00FD5A90" w:rsidRDefault="00FD5A90" w:rsidP="00FD5A90">
      <w:pPr>
        <w:pStyle w:val="Heading2"/>
      </w:pPr>
      <w:r>
        <w:t>Caso TT-3006 (2025-10-01)</w:t>
      </w:r>
    </w:p>
    <w:p w14:paraId="0BB87724" w14:textId="77777777" w:rsidR="00FD5A90" w:rsidRDefault="00FD5A90" w:rsidP="00FD5A90">
      <w:r>
        <w:t>Problema: Retraso en la sincronización GPS del dispositivo portátil TrailTrack</w:t>
      </w:r>
      <w:proofErr w:type="spellStart"/>
      <w:r/>
      <w:proofErr w:type="spellEnd"/>
      <w:r/>
    </w:p>
    <w:p w14:paraId="3EBF544E" w14:textId="77777777" w:rsidR="00FD5A90" w:rsidRDefault="00FD5A90" w:rsidP="00FD5A90">
      <w:r>
        <w:t>Acciones realizadas: Se solicitó evidencia en video para verificar el problema</w:t>
      </w:r>
    </w:p>
    <w:p w14:paraId="4D11FEF7" w14:textId="77777777" w:rsidR="00FD5A90" w:rsidRDefault="00FD5A90" w:rsidP="00FD5A90">
      <w:r>
        <w:t>Resultado: Escalado a ingeniería para una segunda revisión</w:t>
      </w:r>
    </w:p>
    <w:p w14:paraId="466F2046" w14:textId="77777777" w:rsidR="00FD5A90" w:rsidRDefault="00FD5A90" w:rsidP="00FD5A90"/>
    <w:p w14:paraId="3035EF67" w14:textId="77777777" w:rsidR="00FD5A90" w:rsidRDefault="00FD5A90" w:rsidP="00FD5A90">
      <w:pPr>
        <w:pStyle w:val="Heading2"/>
      </w:pPr>
      <w:r>
        <w:t>Caso TT-3007 (2025-11-10)</w:t>
      </w:r>
    </w:p>
    <w:p w14:paraId="202E1152" w14:textId="77777777" w:rsidR="00FD5A90" w:rsidRDefault="00FD5A90" w:rsidP="00FD5A90">
      <w:r>
        <w:t>Problema: Retraso en la sincronización GPS del dispositivo portátil TrailTrack</w:t>
      </w:r>
      <w:proofErr w:type="spellStart"/>
      <w:r/>
      <w:proofErr w:type="spellEnd"/>
      <w:r/>
    </w:p>
    <w:p w14:paraId="225B3488" w14:textId="77777777" w:rsidR="00FD5A90" w:rsidRDefault="00FD5A90" w:rsidP="00FD5A90">
      <w:r>
        <w:t>Acciones realizadas: Se solicitó el comprobante de compra y se confirmó la cobertura de la garantía</w:t>
      </w:r>
    </w:p>
    <w:p w14:paraId="1FFB12A9" w14:textId="77777777" w:rsidR="00FD5A90" w:rsidRDefault="00FD5A90" w:rsidP="00FD5A90">
      <w:r>
        <w:t>Resultado: Distribuidor satisfecho y caso cerrado</w:t>
      </w:r>
    </w:p>
    <w:p w14:paraId="7E079B48" w14:textId="77777777" w:rsidR="00FD5A90" w:rsidRDefault="00FD5A90" w:rsidP="00FD5A90"/>
    <w:p w14:paraId="04DD1AB6" w14:textId="77777777" w:rsidR="00FD5A90" w:rsidRDefault="00FD5A90" w:rsidP="00FD5A90">
      <w:pPr>
        <w:pStyle w:val="Heading2"/>
      </w:pPr>
      <w:r>
        <w:t>Caso TT-3008 (2025-11-14)</w:t>
      </w:r>
    </w:p>
    <w:p w14:paraId="31566DD8" w14:textId="77777777" w:rsidR="00FD5A90" w:rsidRDefault="00FD5A90" w:rsidP="00FD5A90">
      <w:r>
        <w:t>Problema: Parpadeo del LED en la linterna NightGuide</w:t>
      </w:r>
      <w:proofErr w:type="spellStart"/>
      <w:r/>
      <w:proofErr w:type="spellEnd"/>
      <w:r/>
    </w:p>
    <w:p w14:paraId="5BC0B402" w14:textId="77777777" w:rsidR="00FD5A90" w:rsidRDefault="00FD5A90" w:rsidP="00FD5A90">
      <w:r>
        <w:t>Acciones realizadas: Se dio una solución temporal y se registró el patrón del defecto</w:t>
      </w:r>
    </w:p>
    <w:p w14:paraId="0AC6A7F1" w14:textId="77777777" w:rsidR="00FD5A90" w:rsidRDefault="00FD5A90" w:rsidP="00FD5A90">
      <w:r>
        <w:t>Resultado: En espera de evidencia adicional del distribuidor</w:t>
      </w:r>
    </w:p>
    <w:p w14:paraId="02257BA8" w14:textId="77777777" w:rsidR="00FD5A90" w:rsidRDefault="00FD5A90" w:rsidP="00FD5A90"/>
    <w:p w14:paraId="73058ADC" w14:textId="77777777" w:rsidR="00FD5A90" w:rsidRDefault="00FD5A90" w:rsidP="00FD5A90">
      <w:pPr>
        <w:pStyle w:val="Heading2"/>
      </w:pPr>
      <w:r>
        <w:t>Caso TT-3009 (2025-10-21)</w:t>
      </w:r>
    </w:p>
    <w:p w14:paraId="36AD07EB" w14:textId="77777777" w:rsidR="00FD5A90" w:rsidRDefault="00FD5A90" w:rsidP="00FD5A90">
      <w:r>
        <w:t>Problema: Falla del cierre en la chaqueta Alpine StormShell</w:t>
      </w:r>
      <w:proofErr w:type="spellStart"/>
      <w:r/>
      <w:proofErr w:type="spellEnd"/>
      <w:r/>
    </w:p>
    <w:p w14:paraId="2715A5CE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048684BD" w14:textId="77777777" w:rsidR="00FD5A90" w:rsidRDefault="00FD5A90" w:rsidP="00FD5A90">
      <w:r>
        <w:t>Resultado: En espera de evidencia adicional del distribuidor</w:t>
      </w:r>
    </w:p>
    <w:p w14:paraId="379F0347" w14:textId="77777777" w:rsidR="00FD5A90" w:rsidRDefault="00FD5A90" w:rsidP="00FD5A90"/>
    <w:p w14:paraId="6A4D929B" w14:textId="77777777" w:rsidR="00FD5A90" w:rsidRDefault="00FD5A90" w:rsidP="00FD5A90">
      <w:pPr>
        <w:pStyle w:val="Heading2"/>
      </w:pPr>
      <w:r>
        <w:t>Caso TT-3010 (2025-10-16)</w:t>
      </w:r>
    </w:p>
    <w:p w14:paraId="3CFE4004" w14:textId="77777777" w:rsidR="00FD5A90" w:rsidRDefault="00FD5A90" w:rsidP="00FD5A90">
      <w:r>
        <w:t>Problema: Parpadeo del LED en la linterna NightGuide</w:t>
      </w:r>
      <w:proofErr w:type="spellStart"/>
      <w:r/>
      <w:proofErr w:type="spellEnd"/>
      <w:r/>
    </w:p>
    <w:p w14:paraId="00EAAF07" w14:textId="77777777" w:rsidR="00FD5A90" w:rsidRDefault="00FD5A90" w:rsidP="00FD5A90">
      <w:r>
        <w:t>Acciones realizadas: Se dio una solución temporal y se registró el patrón del defecto</w:t>
      </w:r>
    </w:p>
    <w:p w14:paraId="46493D4A" w14:textId="77777777" w:rsidR="00FD5A90" w:rsidRDefault="00FD5A90" w:rsidP="00FD5A90">
      <w:r>
        <w:t>Resultado: Distribuidor satisfecho y caso cerrado</w:t>
      </w:r>
    </w:p>
    <w:p w14:paraId="02C11DFF" w14:textId="77777777" w:rsidR="00FD5A90" w:rsidRDefault="00FD5A90" w:rsidP="00FD5A90"/>
    <w:p w14:paraId="45A883F9" w14:textId="77777777" w:rsidR="00FD5A90" w:rsidRDefault="00FD5A90" w:rsidP="00FD5A90">
      <w:pPr>
        <w:pStyle w:val="Heading2"/>
      </w:pPr>
      <w:r>
        <w:t>Caso TT-3011 (2025-11-03)</w:t>
      </w:r>
    </w:p>
    <w:p w14:paraId="6CDBB41C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4399800C" w14:textId="77777777" w:rsidR="00FD5A90" w:rsidRDefault="00FD5A90" w:rsidP="00FD5A90">
      <w:r>
        <w:t>Acciones realizadas: Se marcó el caso para el análisis de tendencias de calidad</w:t>
      </w:r>
    </w:p>
    <w:p w14:paraId="72D21928" w14:textId="77777777" w:rsidR="00FD5A90" w:rsidRDefault="00FD5A90" w:rsidP="00FD5A90">
      <w:r>
        <w:t>Resultado: Distribuidor satisfecho y caso cerrado</w:t>
      </w:r>
    </w:p>
    <w:p w14:paraId="011C1AB5" w14:textId="77777777" w:rsidR="00FD5A90" w:rsidRDefault="00FD5A90" w:rsidP="00FD5A90"/>
    <w:p w14:paraId="2E3938F1" w14:textId="77777777" w:rsidR="00FD5A90" w:rsidRDefault="00FD5A90" w:rsidP="00FD5A90">
      <w:pPr>
        <w:pStyle w:val="Heading2"/>
      </w:pPr>
      <w:r>
        <w:t>Caso TT-3012 (2025-10-25)</w:t>
      </w:r>
    </w:p>
    <w:p w14:paraId="644A4F50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11D1ACA2" w14:textId="77777777" w:rsidR="00FD5A90" w:rsidRDefault="00FD5A90" w:rsidP="00FD5A90">
      <w:r>
        <w:t>Acciones realizadas: Se escaló a ingeniería de producto para una investigación más profunda</w:t>
      </w:r>
    </w:p>
    <w:p w14:paraId="33D888B0" w14:textId="77777777" w:rsidR="00FD5A90" w:rsidRDefault="00FD5A90" w:rsidP="00FD5A90">
      <w:r>
        <w:t>Resultado: Producto devuelto y reemplazo enviado</w:t>
      </w:r>
    </w:p>
    <w:p w14:paraId="15008681" w14:textId="77777777" w:rsidR="00FD5A90" w:rsidRDefault="00FD5A90" w:rsidP="00FD5A90"/>
    <w:p w14:paraId="5034D00A" w14:textId="77777777" w:rsidR="00FD5A90" w:rsidRDefault="00FD5A90" w:rsidP="00FD5A90">
      <w:pPr>
        <w:pStyle w:val="Heading2"/>
      </w:pPr>
      <w:r>
        <w:t>Caso TT-3013 (2025-11-03)</w:t>
      </w:r>
    </w:p>
    <w:p w14:paraId="151DECEC" w14:textId="77777777" w:rsidR="00FD5A90" w:rsidRDefault="00FD5A90" w:rsidP="00FD5A90">
      <w:r>
        <w:t>Problema: Falla del cierre en la chaqueta Alpine StormShell</w:t>
      </w:r>
      <w:proofErr w:type="spellStart"/>
      <w:r/>
      <w:proofErr w:type="spellEnd"/>
      <w:r/>
    </w:p>
    <w:p w14:paraId="3816D2AE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5E9D38D9" w14:textId="77777777" w:rsidR="00FD5A90" w:rsidRDefault="00FD5A90" w:rsidP="00FD5A90">
      <w:r>
        <w:t>Resultado: Producto devuelto y reemplazo enviado</w:t>
      </w:r>
    </w:p>
    <w:p w14:paraId="509ABC4A" w14:textId="77777777" w:rsidR="00FD5A90" w:rsidRDefault="00FD5A90" w:rsidP="00FD5A90"/>
    <w:p w14:paraId="5B364C75" w14:textId="77777777" w:rsidR="00FD5A90" w:rsidRDefault="00FD5A90" w:rsidP="00FD5A90">
      <w:pPr>
        <w:pStyle w:val="Heading2"/>
      </w:pPr>
      <w:r>
        <w:t>Caso TT-3014 (2025-11-05)</w:t>
      </w:r>
    </w:p>
    <w:p w14:paraId="4D1FFBB8" w14:textId="77777777" w:rsidR="00FD5A90" w:rsidRDefault="00FD5A90" w:rsidP="00FD5A90">
      <w:r>
        <w:t>Problema: Problema de durabilidad: se afloja un segmento del bastón de senderismo</w:t>
      </w:r>
    </w:p>
    <w:p w14:paraId="5F08AC2A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6AC1BDCB" w14:textId="77777777" w:rsidR="00FD5A90" w:rsidRDefault="00FD5A90" w:rsidP="00FD5A90">
      <w:r>
        <w:t>Resultado: Producto devuelto y reemplazo enviado</w:t>
      </w:r>
    </w:p>
    <w:p w14:paraId="259AFC39" w14:textId="77777777" w:rsidR="00FD5A90" w:rsidRDefault="00FD5A90" w:rsidP="00FD5A90"/>
    <w:p w14:paraId="45CAEAA0" w14:textId="77777777" w:rsidR="00FD5A90" w:rsidRDefault="00FD5A90" w:rsidP="00FD5A90">
      <w:pPr>
        <w:pStyle w:val="Heading2"/>
      </w:pPr>
      <w:r>
        <w:t>Caso TT-3015 (2025-11-29)</w:t>
      </w:r>
    </w:p>
    <w:p w14:paraId="1497E6C0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227C196F" w14:textId="77777777" w:rsidR="00FD5A90" w:rsidRDefault="00FD5A90" w:rsidP="00FD5A90">
      <w:r>
        <w:t>Acciones realizadas: Se compartieron pautas con el distribuidor y los próximos pasos esperados</w:t>
      </w:r>
    </w:p>
    <w:p w14:paraId="0DE88E52" w14:textId="77777777" w:rsidR="00FD5A90" w:rsidRDefault="00FD5A90" w:rsidP="00FD5A90">
      <w:r>
        <w:t>Resultado: Defecto confirmado e incluido en el informe semanal de calidad</w:t>
      </w:r>
    </w:p>
    <w:p w14:paraId="2DA88ED8" w14:textId="77777777" w:rsidR="00FD5A90" w:rsidRDefault="00FD5A90" w:rsidP="00FD5A90"/>
    <w:p w14:paraId="367CD102" w14:textId="77777777" w:rsidR="00FD5A90" w:rsidRDefault="00FD5A90" w:rsidP="00FD5A90">
      <w:pPr>
        <w:pStyle w:val="Heading2"/>
      </w:pPr>
      <w:r>
        <w:t>Caso TT-3016 (2025-11-02)</w:t>
      </w:r>
    </w:p>
    <w:p w14:paraId="6D6AF9B6" w14:textId="77777777" w:rsidR="00FD5A90" w:rsidRDefault="00FD5A90" w:rsidP="00FD5A90">
      <w:r>
        <w:t>Problema: Retraso en la sincronización GPS del dispositivo portátil TrailTrack</w:t>
      </w:r>
      <w:proofErr w:type="spellStart"/>
      <w:r/>
      <w:proofErr w:type="spellEnd"/>
      <w:r/>
    </w:p>
    <w:p w14:paraId="3BFABFF7" w14:textId="77777777" w:rsidR="00FD5A90" w:rsidRDefault="00FD5A90" w:rsidP="00FD5A90">
      <w:r>
        <w:t>Acciones realizadas: Se marcó el caso para el análisis de tendencias de calidad</w:t>
      </w:r>
    </w:p>
    <w:p w14:paraId="1DA34285" w14:textId="77777777" w:rsidR="00FD5A90" w:rsidRDefault="00FD5A90" w:rsidP="00FD5A90">
      <w:r>
        <w:t>Resultado: En espera de evidencia adicional del distribuidor</w:t>
      </w:r>
    </w:p>
    <w:p w14:paraId="1B3BAF5A" w14:textId="77777777" w:rsidR="00FD5A90" w:rsidRDefault="00FD5A90" w:rsidP="00FD5A90"/>
    <w:p w14:paraId="5BC2CAAA" w14:textId="77777777" w:rsidR="00FD5A90" w:rsidRDefault="00FD5A90" w:rsidP="00FD5A90">
      <w:pPr>
        <w:pStyle w:val="Heading2"/>
      </w:pPr>
      <w:r>
        <w:t>Caso TT-3017 (2025-12-08)</w:t>
      </w:r>
    </w:p>
    <w:p w14:paraId="5AE5B3B9" w14:textId="77777777" w:rsidR="00FD5A90" w:rsidRDefault="00FD5A90" w:rsidP="00FD5A90">
      <w:r>
        <w:t>Problema: Falla del cierre en la chaqueta Alpine StormShell</w:t>
      </w:r>
      <w:proofErr w:type="spellStart"/>
      <w:r/>
      <w:proofErr w:type="spellEnd"/>
      <w:r/>
    </w:p>
    <w:p w14:paraId="392CA37D" w14:textId="77777777" w:rsidR="00FD5A90" w:rsidRDefault="00FD5A90" w:rsidP="00FD5A90">
      <w:r>
        <w:t>Acciones realizadas: Se marcó el caso para el análisis de tendencias de calidad</w:t>
      </w:r>
    </w:p>
    <w:p w14:paraId="0088BFBE" w14:textId="77777777" w:rsidR="00FD5A90" w:rsidRDefault="00FD5A90" w:rsidP="00FD5A90">
      <w:r>
        <w:t>Resultado: Producto devuelto y reemplazo enviado</w:t>
      </w:r>
    </w:p>
    <w:p w14:paraId="19307A86" w14:textId="77777777" w:rsidR="00FD5A90" w:rsidRDefault="00FD5A90" w:rsidP="00FD5A90"/>
    <w:p w14:paraId="73D91762" w14:textId="77777777" w:rsidR="00FD5A90" w:rsidRDefault="00FD5A90" w:rsidP="00FD5A90">
      <w:pPr>
        <w:pStyle w:val="Heading2"/>
      </w:pPr>
      <w:r>
        <w:t>Caso TT-3018 (2025-11-24)</w:t>
      </w:r>
    </w:p>
    <w:p w14:paraId="6A62F27D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70FD8C95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4A0734E7" w14:textId="77777777" w:rsidR="00FD5A90" w:rsidRDefault="00FD5A90" w:rsidP="00FD5A90">
      <w:r>
        <w:t>Resultado: Escalado a ingeniería para una segunda revisión</w:t>
      </w:r>
    </w:p>
    <w:p w14:paraId="118556AA" w14:textId="77777777" w:rsidR="00FD5A90" w:rsidRDefault="00FD5A90" w:rsidP="00FD5A90"/>
    <w:p w14:paraId="435A7BF1" w14:textId="77777777" w:rsidR="00FD5A90" w:rsidRDefault="00FD5A90" w:rsidP="00FD5A90">
      <w:pPr>
        <w:pStyle w:val="Heading2"/>
      </w:pPr>
      <w:r>
        <w:t>Caso TT-3019 (2025-10-21)</w:t>
      </w:r>
    </w:p>
    <w:p w14:paraId="0151B1A2" w14:textId="77777777" w:rsidR="00FD5A90" w:rsidRDefault="00FD5A90" w:rsidP="00FD5A90">
      <w:r>
        <w:t>Problema: Falla del cierre en la chaqueta Alpine StormShell</w:t>
      </w:r>
      <w:proofErr w:type="spellStart"/>
      <w:r/>
      <w:proofErr w:type="spellEnd"/>
      <w:r/>
    </w:p>
    <w:p w14:paraId="3618489A" w14:textId="77777777" w:rsidR="00FD5A90" w:rsidRDefault="00FD5A90" w:rsidP="00FD5A90">
      <w:r>
        <w:t>Acciones realizadas: Se dieron pasos para solucionar el problema y se solicitaron fotos</w:t>
      </w:r>
    </w:p>
    <w:p w14:paraId="5CA610FD" w14:textId="77777777" w:rsidR="00FD5A90" w:rsidRDefault="00FD5A90" w:rsidP="00FD5A90">
      <w:r>
        <w:t>Resultado: Defecto confirmado e incluido en el informe semanal de calidad</w:t>
      </w:r>
    </w:p>
    <w:p w14:paraId="69E6A56E" w14:textId="77777777" w:rsidR="00FD5A90" w:rsidRDefault="00FD5A90" w:rsidP="00FD5A90"/>
    <w:p w14:paraId="50655FE6" w14:textId="77777777" w:rsidR="00FD5A90" w:rsidRDefault="00FD5A90" w:rsidP="00FD5A90">
      <w:pPr>
        <w:pStyle w:val="Heading2"/>
      </w:pPr>
      <w:r>
        <w:t>Caso TT-3020 (2025-11-04)</w:t>
      </w:r>
    </w:p>
    <w:p w14:paraId="5C1CECD2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5CB60E34" w14:textId="77777777" w:rsidR="00FD5A90" w:rsidRDefault="00FD5A90" w:rsidP="00FD5A90">
      <w:r>
        <w:t>Acciones realizadas: Se dio una solución temporal y se registró el patrón del defecto</w:t>
      </w:r>
    </w:p>
    <w:p w14:paraId="4F4BB988" w14:textId="77777777" w:rsidR="00FD5A90" w:rsidRDefault="00FD5A90" w:rsidP="00FD5A90">
      <w:r>
        <w:t>Resultado: Distribuidor satisfecho y caso cerrado</w:t>
      </w:r>
    </w:p>
    <w:p w14:paraId="27196BAD" w14:textId="77777777" w:rsidR="00FD5A90" w:rsidRDefault="00FD5A90" w:rsidP="00FD5A90"/>
    <w:p w14:paraId="15449A73" w14:textId="77777777" w:rsidR="00FD5A90" w:rsidRDefault="00FD5A90" w:rsidP="00FD5A90">
      <w:pPr>
        <w:pStyle w:val="Heading2"/>
      </w:pPr>
      <w:r>
        <w:t>Caso TT-3021 (2025-10-23)</w:t>
      </w:r>
    </w:p>
    <w:p w14:paraId="03E5F603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281B8877" w14:textId="77777777" w:rsidR="00FD5A90" w:rsidRDefault="00FD5A90" w:rsidP="00FD5A90">
      <w:r>
        <w:t>Acciones realizadas: Se dio una solución temporal y se registró el patrón del defecto</w:t>
      </w:r>
    </w:p>
    <w:p w14:paraId="434EF99F" w14:textId="77777777" w:rsidR="00FD5A90" w:rsidRDefault="00FD5A90" w:rsidP="00FD5A90">
      <w:r>
        <w:t>Resultado: Producto devuelto y reemplazo enviado</w:t>
      </w:r>
    </w:p>
    <w:p w14:paraId="47CB3209" w14:textId="77777777" w:rsidR="00FD5A90" w:rsidRDefault="00FD5A90" w:rsidP="00FD5A90"/>
    <w:p w14:paraId="594B64FA" w14:textId="77777777" w:rsidR="00FD5A90" w:rsidRDefault="00FD5A90" w:rsidP="00FD5A90">
      <w:pPr>
        <w:pStyle w:val="Heading2"/>
      </w:pPr>
      <w:r>
        <w:t>Caso TT-3022 (2025-10-12)</w:t>
      </w:r>
    </w:p>
    <w:p w14:paraId="3C6D9F44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5483C260" w14:textId="77777777" w:rsidR="00FD5A90" w:rsidRDefault="00FD5A90" w:rsidP="00FD5A90">
      <w:r>
        <w:t>Acciones realizadas: Se compartieron pautas con el distribuidor y los próximos pasos esperados</w:t>
      </w:r>
    </w:p>
    <w:p w14:paraId="5DC4D270" w14:textId="77777777" w:rsidR="00FD5A90" w:rsidRDefault="00FD5A90" w:rsidP="00FD5A90">
      <w:r>
        <w:t>Resultado: Distribuidor satisfecho y caso cerrado</w:t>
      </w:r>
    </w:p>
    <w:p w14:paraId="62C9EC4D" w14:textId="77777777" w:rsidR="00FD5A90" w:rsidRDefault="00FD5A90" w:rsidP="00FD5A90"/>
    <w:p w14:paraId="777B291A" w14:textId="77777777" w:rsidR="00FD5A90" w:rsidRDefault="00FD5A90" w:rsidP="00FD5A90">
      <w:pPr>
        <w:pStyle w:val="Heading2"/>
      </w:pPr>
      <w:r>
        <w:t>Caso TT-3023 (2025-10-22)</w:t>
      </w:r>
    </w:p>
    <w:p w14:paraId="4AE4B033" w14:textId="77777777" w:rsidR="00FD5A90" w:rsidRDefault="00FD5A90" w:rsidP="00FD5A90">
      <w:r>
        <w:t>Problema: Lectura de temperatura incorrecta en la botella inteligente SummitTherm</w:t>
      </w:r>
      <w:proofErr w:type="spellStart"/>
      <w:r/>
      <w:proofErr w:type="spellEnd"/>
      <w:r/>
    </w:p>
    <w:p w14:paraId="424861C7" w14:textId="77777777" w:rsidR="00FD5A90" w:rsidRDefault="00FD5A90" w:rsidP="00FD5A90">
      <w:r>
        <w:t>Acciones realizadas: Se solicitó evidencia en video para verificar el problema</w:t>
      </w:r>
    </w:p>
    <w:p w14:paraId="6DDBF38B" w14:textId="77777777" w:rsidR="00FD5A90" w:rsidRDefault="00FD5A90" w:rsidP="00FD5A90">
      <w:r>
        <w:t>Resultado: Escalado a ingeniería para una segunda revisión</w:t>
      </w:r>
    </w:p>
    <w:p w14:paraId="2A1B1D0C" w14:textId="77777777" w:rsidR="00FD5A90" w:rsidRDefault="00FD5A90" w:rsidP="00FD5A90"/>
    <w:p w14:paraId="6D363172" w14:textId="77777777" w:rsidR="00FD5A90" w:rsidRDefault="00FD5A90" w:rsidP="00FD5A90">
      <w:pPr>
        <w:pStyle w:val="Heading2"/>
      </w:pPr>
      <w:r>
        <w:t>Caso TT-3024 (2025-10-02)</w:t>
      </w:r>
    </w:p>
    <w:p w14:paraId="5313C552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3885ABA3" w14:textId="77777777" w:rsidR="00FD5A90" w:rsidRDefault="00FD5A90" w:rsidP="00FD5A90">
      <w:r>
        <w:t>Acciones realizadas: Se solicitó evidencia en video para verificar el problema</w:t>
      </w:r>
    </w:p>
    <w:p w14:paraId="7B1665AD" w14:textId="77777777" w:rsidR="00FD5A90" w:rsidRDefault="00FD5A90" w:rsidP="00FD5A90">
      <w:r>
        <w:t>Resultado: Distribuidor satisfecho y caso cerrado</w:t>
      </w:r>
    </w:p>
    <w:p w14:paraId="25479968" w14:textId="77777777" w:rsidR="00FD5A90" w:rsidRDefault="00FD5A90" w:rsidP="00FD5A90"/>
    <w:p w14:paraId="46D4F27D" w14:textId="77777777" w:rsidR="00FD5A90" w:rsidRDefault="00FD5A90" w:rsidP="00FD5A90">
      <w:pPr>
        <w:pStyle w:val="Heading2"/>
      </w:pPr>
      <w:r>
        <w:t>Caso TT-3025 (2025-10-30)</w:t>
      </w:r>
    </w:p>
    <w:p w14:paraId="726778BA" w14:textId="77777777" w:rsidR="00FD5A90" w:rsidRDefault="00FD5A90" w:rsidP="00FD5A90">
      <w:r>
        <w:t>Problema: Problema de durabilidad: se afloja un segmento del bastón de senderismo</w:t>
      </w:r>
    </w:p>
    <w:p w14:paraId="068F772D" w14:textId="77777777" w:rsidR="00FD5A90" w:rsidRDefault="00FD5A90" w:rsidP="00FD5A90">
      <w:r>
        <w:t>Acciones realizadas: Se dio una solución temporal y se registró el patrón del defecto</w:t>
      </w:r>
    </w:p>
    <w:p w14:paraId="48DBB9B6" w14:textId="77777777" w:rsidR="00FD5A90" w:rsidRDefault="00FD5A90" w:rsidP="00FD5A90">
      <w:r>
        <w:t>Resultado: Distribuidor satisfecho y caso cerrado</w:t>
      </w:r>
    </w:p>
    <w:p w14:paraId="30705615" w14:textId="77777777" w:rsidR="00FD5A90" w:rsidRDefault="00FD5A90" w:rsidP="00FD5A90"/>
    <w:p w14:paraId="60A32ABC" w14:textId="77777777" w:rsidR="00FD5A90" w:rsidRDefault="00FD5A90" w:rsidP="00FD5A90">
      <w:pPr>
        <w:pStyle w:val="Heading2"/>
      </w:pPr>
      <w:r>
        <w:t>Caso TT-3026 (2025-11-09)</w:t>
      </w:r>
    </w:p>
    <w:p w14:paraId="6EAB5698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3E25FF6D" w14:textId="77777777" w:rsidR="00FD5A90" w:rsidRDefault="00FD5A90" w:rsidP="00FD5A90">
      <w:r>
        <w:t>Acciones realizadas: Se compartieron pautas con el distribuidor y los próximos pasos esperados</w:t>
      </w:r>
    </w:p>
    <w:p w14:paraId="52C4DC54" w14:textId="77777777" w:rsidR="00FD5A90" w:rsidRDefault="00FD5A90" w:rsidP="00FD5A90">
      <w:r>
        <w:t>Resultado: Escalado a ingeniería para una segunda revisión</w:t>
      </w:r>
    </w:p>
    <w:p w14:paraId="65455349" w14:textId="77777777" w:rsidR="00FD5A90" w:rsidRDefault="00FD5A90" w:rsidP="00FD5A90"/>
    <w:p w14:paraId="2F991061" w14:textId="77777777" w:rsidR="00FD5A90" w:rsidRDefault="00FD5A90" w:rsidP="00FD5A90">
      <w:pPr>
        <w:pStyle w:val="Heading2"/>
      </w:pPr>
      <w:r>
        <w:t>Caso TT-3027 (2025-11-04)</w:t>
      </w:r>
    </w:p>
    <w:p w14:paraId="1E16328E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549E38D8" w14:textId="77777777" w:rsidR="00FD5A90" w:rsidRDefault="00FD5A90" w:rsidP="00FD5A90">
      <w:r>
        <w:t>Acciones realizadas: Se compartieron pautas con el distribuidor y los próximos pasos esperados</w:t>
      </w:r>
    </w:p>
    <w:p w14:paraId="54F78657" w14:textId="77777777" w:rsidR="00FD5A90" w:rsidRDefault="00FD5A90" w:rsidP="00FD5A90">
      <w:r>
        <w:t>Resultado: Producto devuelto y reemplazo enviado</w:t>
      </w:r>
    </w:p>
    <w:p w14:paraId="36E9A993" w14:textId="77777777" w:rsidR="00FD5A90" w:rsidRDefault="00FD5A90" w:rsidP="00FD5A90"/>
    <w:p w14:paraId="3D1B2A72" w14:textId="77777777" w:rsidR="00FD5A90" w:rsidRDefault="00FD5A90" w:rsidP="00FD5A90">
      <w:pPr>
        <w:pStyle w:val="Heading2"/>
      </w:pPr>
      <w:r>
        <w:t>Caso TT-3028 (2025-12-01)</w:t>
      </w:r>
    </w:p>
    <w:p w14:paraId="56381A2D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4151041E" w14:textId="77777777" w:rsidR="00FD5A90" w:rsidRDefault="00FD5A90" w:rsidP="00FD5A90">
      <w:r>
        <w:t>Acciones realizadas: Se marcó el caso para el análisis de tendencias de calidad</w:t>
      </w:r>
    </w:p>
    <w:p w14:paraId="5C17CF95" w14:textId="77777777" w:rsidR="00FD5A90" w:rsidRDefault="00FD5A90" w:rsidP="00FD5A90">
      <w:r>
        <w:t>Resultado: Producto devuelto y reemplazo enviado</w:t>
      </w:r>
    </w:p>
    <w:p w14:paraId="18837B6C" w14:textId="77777777" w:rsidR="00FD5A90" w:rsidRDefault="00FD5A90" w:rsidP="00FD5A90"/>
    <w:p w14:paraId="07228E1E" w14:textId="77777777" w:rsidR="00FD5A90" w:rsidRDefault="00FD5A90" w:rsidP="00FD5A90">
      <w:pPr>
        <w:pStyle w:val="Heading2"/>
      </w:pPr>
      <w:r>
        <w:t>Caso TT-3029 (2025-10-31)</w:t>
      </w:r>
    </w:p>
    <w:p w14:paraId="53B2CAFF" w14:textId="77777777" w:rsidR="00FD5A90" w:rsidRDefault="00FD5A90" w:rsidP="00FD5A90">
      <w:r>
        <w:t>Problema: Problema de durabilidad: se afloja un segmento del bastón de senderismo</w:t>
      </w:r>
    </w:p>
    <w:p w14:paraId="0D227806" w14:textId="77777777" w:rsidR="00FD5A90" w:rsidRDefault="00FD5A90" w:rsidP="00FD5A90">
      <w:r>
        <w:t>Acciones realizadas: Se solicitó evidencia en video para verificar el problema</w:t>
      </w:r>
    </w:p>
    <w:p w14:paraId="7E633A6B" w14:textId="77777777" w:rsidR="00FD5A90" w:rsidRDefault="00FD5A90" w:rsidP="00FD5A90">
      <w:r>
        <w:t>Resultado: Distribuidor satisfecho y caso cerrado</w:t>
      </w:r>
    </w:p>
    <w:p w14:paraId="3FC51C93" w14:textId="77777777" w:rsidR="00FD5A90" w:rsidRDefault="00FD5A90" w:rsidP="00FD5A90"/>
    <w:p w14:paraId="07E5F711" w14:textId="77777777" w:rsidR="00FD5A90" w:rsidRDefault="00FD5A90" w:rsidP="00FD5A90">
      <w:pPr>
        <w:pStyle w:val="Heading2"/>
      </w:pPr>
      <w:r>
        <w:t>Caso TT-3030 (2025-11-26)</w:t>
      </w:r>
    </w:p>
    <w:p w14:paraId="1C43FB7A" w14:textId="77777777" w:rsidR="00FD5A90" w:rsidRDefault="00FD5A90" w:rsidP="00FD5A90">
      <w:r>
        <w:t>Problema: Lectura de temperatura incorrecta en la botella inteligente SummitTherm</w:t>
      </w:r>
      <w:proofErr w:type="spellStart"/>
      <w:r/>
      <w:proofErr w:type="spellEnd"/>
      <w:r/>
    </w:p>
    <w:p w14:paraId="771348EA" w14:textId="77777777" w:rsidR="00FD5A90" w:rsidRDefault="00FD5A90" w:rsidP="00FD5A90">
      <w:r>
        <w:t>Acciones realizadas: Se dio una solución temporal y se registró el patrón del defecto</w:t>
      </w:r>
    </w:p>
    <w:p w14:paraId="39E131CB" w14:textId="77777777" w:rsidR="00FD5A90" w:rsidRDefault="00FD5A90" w:rsidP="00FD5A90">
      <w:r>
        <w:t>Resultado: Producto devuelto y reemplazo enviado</w:t>
      </w:r>
    </w:p>
    <w:p w14:paraId="0F400B18" w14:textId="77777777" w:rsidR="00FD5A90" w:rsidRDefault="00FD5A90" w:rsidP="00FD5A90"/>
    <w:p w14:paraId="26F66319" w14:textId="77777777" w:rsidR="00FD5A90" w:rsidRDefault="00FD5A90" w:rsidP="00FD5A90">
      <w:pPr>
        <w:pStyle w:val="Heading2"/>
      </w:pPr>
      <w:r>
        <w:t>Caso TT-3031 (2025-10-22)</w:t>
      </w:r>
    </w:p>
    <w:p w14:paraId="55448594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40C57441" w14:textId="77777777" w:rsidR="00FD5A90" w:rsidRDefault="00FD5A90" w:rsidP="00FD5A90">
      <w:r>
        <w:t>Acciones realizadas: Se solicitó el comprobante de compra y se confirmó la cobertura de la garantía</w:t>
      </w:r>
    </w:p>
    <w:p w14:paraId="7209B442" w14:textId="77777777" w:rsidR="00FD5A90" w:rsidRDefault="00FD5A90" w:rsidP="00FD5A90">
      <w:r>
        <w:t>Resultado: Producto devuelto y reemplazo enviado</w:t>
      </w:r>
    </w:p>
    <w:p w14:paraId="79552F39" w14:textId="77777777" w:rsidR="00FD5A90" w:rsidRDefault="00FD5A90" w:rsidP="00FD5A90"/>
    <w:p w14:paraId="5401A999" w14:textId="77777777" w:rsidR="00FD5A90" w:rsidRDefault="00FD5A90" w:rsidP="00FD5A90">
      <w:pPr>
        <w:pStyle w:val="Heading2"/>
      </w:pPr>
      <w:r>
        <w:t>Caso TT-3032 (2025-10-16)</w:t>
      </w:r>
    </w:p>
    <w:p w14:paraId="5ED43137" w14:textId="77777777" w:rsidR="00FD5A90" w:rsidRDefault="00FD5A90" w:rsidP="00FD5A90">
      <w:r>
        <w:t>Problema: Lectura de temperatura incorrecta en la botella inteligente SummitTherm</w:t>
      </w:r>
      <w:proofErr w:type="spellStart"/>
      <w:r/>
      <w:proofErr w:type="spellEnd"/>
      <w:r/>
    </w:p>
    <w:p w14:paraId="0D70F4A2" w14:textId="77777777" w:rsidR="00FD5A90" w:rsidRDefault="00FD5A90" w:rsidP="00FD5A90">
      <w:r>
        <w:t>Acciones realizadas: Se dio una solución temporal y se registró el patrón del defecto</w:t>
      </w:r>
    </w:p>
    <w:p w14:paraId="4165A2AC" w14:textId="77777777" w:rsidR="00FD5A90" w:rsidRDefault="00FD5A90" w:rsidP="00FD5A90">
      <w:r>
        <w:t>Resultado: Producto devuelto y reemplazo enviado</w:t>
      </w:r>
    </w:p>
    <w:p w14:paraId="731E86AF" w14:textId="77777777" w:rsidR="00FD5A90" w:rsidRDefault="00FD5A90" w:rsidP="00FD5A90"/>
    <w:p w14:paraId="7521DE7C" w14:textId="77777777" w:rsidR="00FD5A90" w:rsidRDefault="00FD5A90" w:rsidP="00FD5A90">
      <w:pPr>
        <w:pStyle w:val="Heading2"/>
      </w:pPr>
      <w:r>
        <w:t>Caso TT-3033 (2025-11-26)</w:t>
      </w:r>
    </w:p>
    <w:p w14:paraId="2F611F14" w14:textId="77777777" w:rsidR="00FD5A90" w:rsidRDefault="00FD5A90" w:rsidP="00FD5A90">
      <w:r>
        <w:t>Problema: Problema de impermeabilidad en la mochila de día RidgeLine</w:t>
      </w:r>
      <w:proofErr w:type="spellStart"/>
      <w:r/>
      <w:proofErr w:type="spellEnd"/>
      <w:r/>
    </w:p>
    <w:p w14:paraId="3BF208A0" w14:textId="77777777" w:rsidR="00FD5A90" w:rsidRDefault="00FD5A90" w:rsidP="00FD5A90">
      <w:r>
        <w:t>Acciones realizadas: Se marcó el caso para el análisis de tendencias de calidad</w:t>
      </w:r>
    </w:p>
    <w:p w14:paraId="4F41AB1B" w14:textId="77777777" w:rsidR="00FD5A90" w:rsidRDefault="00FD5A90" w:rsidP="00FD5A90">
      <w:r>
        <w:t>Resultado: Escalado a ingeniería para una segunda revisión</w:t>
      </w:r>
    </w:p>
    <w:p w14:paraId="254E0181" w14:textId="77777777" w:rsidR="00FD5A90" w:rsidRDefault="00FD5A90" w:rsidP="00FD5A90"/>
    <w:p w14:paraId="3C9C6B69" w14:textId="77777777" w:rsidR="00FD5A90" w:rsidRDefault="00FD5A90" w:rsidP="00FD5A90">
      <w:pPr>
        <w:pStyle w:val="Heading2"/>
      </w:pPr>
      <w:r>
        <w:t>Caso TT-3034 (2025-11-30)</w:t>
      </w:r>
    </w:p>
    <w:p w14:paraId="57D161CD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16A1DA54" w14:textId="77777777" w:rsidR="00FD5A90" w:rsidRDefault="00FD5A90" w:rsidP="00FD5A90">
      <w:r>
        <w:t>Acciones realizadas: Se solicitó el comprobante de compra y se confirmó la cobertura de la garantía</w:t>
      </w:r>
    </w:p>
    <w:p w14:paraId="5A418EB9" w14:textId="77777777" w:rsidR="00FD5A90" w:rsidRDefault="00FD5A90" w:rsidP="00FD5A90">
      <w:r>
        <w:t>Resultado: En espera de evidencia adicional del distribuidor</w:t>
      </w:r>
    </w:p>
    <w:p w14:paraId="200D309E" w14:textId="77777777" w:rsidR="00FD5A90" w:rsidRDefault="00FD5A90" w:rsidP="00FD5A90"/>
    <w:p w14:paraId="350ED5F8" w14:textId="77777777" w:rsidR="00FD5A90" w:rsidRDefault="00FD5A90" w:rsidP="00FD5A90">
      <w:pPr>
        <w:pStyle w:val="Heading2"/>
      </w:pPr>
      <w:r>
        <w:t>Caso TT-3035 (2025-12-16)</w:t>
      </w:r>
    </w:p>
    <w:p w14:paraId="15336A41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70800D50" w14:textId="77777777" w:rsidR="00FD5A90" w:rsidRDefault="00FD5A90" w:rsidP="00FD5A90">
      <w:r>
        <w:t>Acciones realizadas: Se dieron pasos para solucionar el problema y se solicitaron fotos</w:t>
      </w:r>
    </w:p>
    <w:p w14:paraId="7B8B9DC3" w14:textId="77777777" w:rsidR="00FD5A90" w:rsidRDefault="00FD5A90" w:rsidP="00FD5A90">
      <w:r>
        <w:t>Resultado: Defecto confirmado e incluido en el informe semanal de calidad</w:t>
      </w:r>
    </w:p>
    <w:p w14:paraId="36302AAA" w14:textId="77777777" w:rsidR="00FD5A90" w:rsidRDefault="00FD5A90" w:rsidP="00FD5A90"/>
    <w:p w14:paraId="70E19A17" w14:textId="77777777" w:rsidR="00FD5A90" w:rsidRDefault="00FD5A90" w:rsidP="00FD5A90">
      <w:pPr>
        <w:pStyle w:val="Heading2"/>
      </w:pPr>
      <w:r>
        <w:t>Caso TT-3036 (2025-10-26)</w:t>
      </w:r>
    </w:p>
    <w:p w14:paraId="19E1587F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750CC897" w14:textId="77777777" w:rsidR="00FD5A90" w:rsidRDefault="00FD5A90" w:rsidP="00FD5A90">
      <w:r>
        <w:t>Acciones realizadas: Se dio una solución temporal y se registró el patrón del defecto</w:t>
      </w:r>
    </w:p>
    <w:p w14:paraId="06783B80" w14:textId="77777777" w:rsidR="00FD5A90" w:rsidRDefault="00FD5A90" w:rsidP="00FD5A90">
      <w:r>
        <w:t>Resultado: Defecto confirmado e incluido en el informe semanal de calidad</w:t>
      </w:r>
    </w:p>
    <w:p w14:paraId="4D8F4DAE" w14:textId="77777777" w:rsidR="00FD5A90" w:rsidRDefault="00FD5A90" w:rsidP="00FD5A90"/>
    <w:p w14:paraId="0DA3DE30" w14:textId="77777777" w:rsidR="00FD5A90" w:rsidRDefault="00FD5A90" w:rsidP="00FD5A90">
      <w:pPr>
        <w:pStyle w:val="Heading2"/>
      </w:pPr>
      <w:r>
        <w:t>Caso TT-3037 (2025-10-19)</w:t>
      </w:r>
    </w:p>
    <w:p w14:paraId="628F7FF9" w14:textId="77777777" w:rsidR="00FD5A90" w:rsidRDefault="00FD5A90" w:rsidP="00FD5A90">
      <w:r>
        <w:t>Problema: Problema de impermeabilidad en la mochila de día RidgeLine</w:t>
      </w:r>
      <w:proofErr w:type="spellStart"/>
      <w:r/>
      <w:proofErr w:type="spellEnd"/>
      <w:r/>
    </w:p>
    <w:p w14:paraId="362D5790" w14:textId="77777777" w:rsidR="00FD5A90" w:rsidRDefault="00FD5A90" w:rsidP="00FD5A90">
      <w:r>
        <w:t>Acciones realizadas: Se solicitó el comprobante de compra y se confirmó la cobertura de la garantía</w:t>
      </w:r>
    </w:p>
    <w:p w14:paraId="0484FC91" w14:textId="77777777" w:rsidR="00FD5A90" w:rsidRDefault="00FD5A90" w:rsidP="00FD5A90">
      <w:r>
        <w:t>Resultado: Escalado a ingeniería para una segunda revisión</w:t>
      </w:r>
    </w:p>
    <w:p w14:paraId="7CDA0490" w14:textId="77777777" w:rsidR="00FD5A90" w:rsidRDefault="00FD5A90" w:rsidP="00FD5A90"/>
    <w:p w14:paraId="52EE09DD" w14:textId="77777777" w:rsidR="00FD5A90" w:rsidRDefault="00FD5A90" w:rsidP="00FD5A90">
      <w:pPr>
        <w:pStyle w:val="Heading2"/>
      </w:pPr>
      <w:r>
        <w:t>Caso TT-3038 (2025-10-06)</w:t>
      </w:r>
    </w:p>
    <w:p w14:paraId="10FD3F60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5E75026A" w14:textId="77777777" w:rsidR="00FD5A90" w:rsidRDefault="00FD5A90" w:rsidP="00FD5A90">
      <w:r>
        <w:t>Acciones realizadas: Se escaló a ingeniería de producto para una investigación más profunda</w:t>
      </w:r>
    </w:p>
    <w:p w14:paraId="49EA93B8" w14:textId="77777777" w:rsidR="00FD5A90" w:rsidRDefault="00FD5A90" w:rsidP="00FD5A90">
      <w:r>
        <w:t>Resultado: Producto devuelto y reemplazo enviado</w:t>
      </w:r>
    </w:p>
    <w:p w14:paraId="4731D34F" w14:textId="77777777" w:rsidR="00FD5A90" w:rsidRDefault="00FD5A90" w:rsidP="00FD5A90"/>
    <w:p w14:paraId="5D8452E4" w14:textId="77777777" w:rsidR="00FD5A90" w:rsidRDefault="00FD5A90" w:rsidP="00FD5A90">
      <w:pPr>
        <w:pStyle w:val="Heading2"/>
      </w:pPr>
      <w:r>
        <w:t>Caso TT-3039 (2025-10-21)</w:t>
      </w:r>
    </w:p>
    <w:p w14:paraId="386CE2D3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44468501" w14:textId="77777777" w:rsidR="00FD5A90" w:rsidRDefault="00FD5A90" w:rsidP="00FD5A90">
      <w:r>
        <w:t>Acciones realizadas: Se dio una solución temporal y se registró el patrón del defecto</w:t>
      </w:r>
    </w:p>
    <w:p w14:paraId="606954B9" w14:textId="77777777" w:rsidR="00FD5A90" w:rsidRDefault="00FD5A90" w:rsidP="00FD5A90">
      <w:r>
        <w:t>Resultado: Escalado a ingeniería para una segunda revisión</w:t>
      </w:r>
    </w:p>
    <w:p w14:paraId="43E4237C" w14:textId="77777777" w:rsidR="00FD5A90" w:rsidRDefault="00FD5A90" w:rsidP="00FD5A90"/>
    <w:p w14:paraId="22322391" w14:textId="77777777" w:rsidR="00FD5A90" w:rsidRDefault="00FD5A90" w:rsidP="00FD5A90">
      <w:pPr>
        <w:pStyle w:val="Heading2"/>
      </w:pPr>
      <w:r>
        <w:t>Caso TT-3040 (2025-10-24)</w:t>
      </w:r>
    </w:p>
    <w:p w14:paraId="788B2B25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0E03107F" w14:textId="77777777" w:rsidR="00FD5A90" w:rsidRDefault="00FD5A90" w:rsidP="00FD5A90">
      <w:r>
        <w:t>Acciones realizadas: Se dieron pasos para solucionar el problema y se solicitaron fotos</w:t>
      </w:r>
    </w:p>
    <w:p w14:paraId="269C9AE6" w14:textId="77777777" w:rsidR="00FD5A90" w:rsidRDefault="00FD5A90" w:rsidP="00FD5A90">
      <w:r>
        <w:t>Resultado: Escalado a ingeniería para una segunda revisión</w:t>
      </w:r>
    </w:p>
    <w:p w14:paraId="60EF3D53" w14:textId="77777777" w:rsidR="00FD5A90" w:rsidRDefault="00FD5A90" w:rsidP="00FD5A90"/>
    <w:p w14:paraId="551075D6" w14:textId="77777777" w:rsidR="00FD5A90" w:rsidRDefault="00FD5A90" w:rsidP="00FD5A90">
      <w:pPr>
        <w:pStyle w:val="Heading2"/>
      </w:pPr>
      <w:r>
        <w:t>Caso TT-3041 (2025-12-05)</w:t>
      </w:r>
    </w:p>
    <w:p w14:paraId="73858707" w14:textId="77777777" w:rsidR="00FD5A90" w:rsidRDefault="00FD5A90" w:rsidP="00FD5A90">
      <w:r>
        <w:t>Problema: Lectura de temperatura incorrecta en la botella inteligente SummitTherm</w:t>
      </w:r>
      <w:proofErr w:type="spellStart"/>
      <w:r/>
      <w:proofErr w:type="spellEnd"/>
      <w:r/>
    </w:p>
    <w:p w14:paraId="649A1426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0603D258" w14:textId="77777777" w:rsidR="00FD5A90" w:rsidRDefault="00FD5A90" w:rsidP="00FD5A90">
      <w:r>
        <w:t>Resultado: Defecto confirmado e incluido en el informe semanal de calidad</w:t>
      </w:r>
    </w:p>
    <w:p w14:paraId="5BA939F5" w14:textId="77777777" w:rsidR="00FD5A90" w:rsidRDefault="00FD5A90" w:rsidP="00FD5A90"/>
    <w:p w14:paraId="06214A7E" w14:textId="77777777" w:rsidR="00FD5A90" w:rsidRDefault="00FD5A90" w:rsidP="00FD5A90">
      <w:pPr>
        <w:pStyle w:val="Heading2"/>
      </w:pPr>
      <w:r>
        <w:t>Caso TT-3042 (2025-10-17)</w:t>
      </w:r>
    </w:p>
    <w:p w14:paraId="4633791F" w14:textId="77777777" w:rsidR="00FD5A90" w:rsidRDefault="00FD5A90" w:rsidP="00FD5A90">
      <w:r>
        <w:t>Problema: Retraso en la sincronización GPS del dispositivo portátil TrailTrack</w:t>
      </w:r>
      <w:proofErr w:type="spellStart"/>
      <w:r/>
      <w:proofErr w:type="spellEnd"/>
      <w:r/>
    </w:p>
    <w:p w14:paraId="3FBA80B0" w14:textId="77777777" w:rsidR="00FD5A90" w:rsidRDefault="00FD5A90" w:rsidP="00FD5A90">
      <w:r>
        <w:t>Acciones realizadas: Se escaló a ingeniería de producto para una investigación más profunda</w:t>
      </w:r>
    </w:p>
    <w:p w14:paraId="70E7C563" w14:textId="77777777" w:rsidR="00FD5A90" w:rsidRDefault="00FD5A90" w:rsidP="00FD5A90">
      <w:r>
        <w:t>Resultado: Escalado a ingeniería para una segunda revisión</w:t>
      </w:r>
    </w:p>
    <w:p w14:paraId="068C64EC" w14:textId="77777777" w:rsidR="00FD5A90" w:rsidRDefault="00FD5A90" w:rsidP="00FD5A90"/>
    <w:p w14:paraId="5308723F" w14:textId="77777777" w:rsidR="00FD5A90" w:rsidRDefault="00FD5A90" w:rsidP="00FD5A90">
      <w:pPr>
        <w:pStyle w:val="Heading2"/>
      </w:pPr>
      <w:r>
        <w:t>Caso TT-3043 (2025-10-07)</w:t>
      </w:r>
    </w:p>
    <w:p w14:paraId="0613C3CA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3F4ADB3F" w14:textId="77777777" w:rsidR="00FD5A90" w:rsidRDefault="00FD5A90" w:rsidP="00FD5A90">
      <w:r>
        <w:t>Acciones realizadas: Se escaló a ingeniería de producto para una investigación más profunda</w:t>
      </w:r>
    </w:p>
    <w:p w14:paraId="35C9E8F0" w14:textId="77777777" w:rsidR="00FD5A90" w:rsidRDefault="00FD5A90" w:rsidP="00FD5A90">
      <w:r>
        <w:t>Resultado: En espera de evidencia adicional del distribuidor</w:t>
      </w:r>
    </w:p>
    <w:p w14:paraId="1DFA0BFE" w14:textId="77777777" w:rsidR="00FD5A90" w:rsidRDefault="00FD5A90" w:rsidP="00FD5A90"/>
    <w:p w14:paraId="1CAAC9B8" w14:textId="77777777" w:rsidR="00FD5A90" w:rsidRDefault="00FD5A90" w:rsidP="00FD5A90">
      <w:pPr>
        <w:pStyle w:val="Heading2"/>
      </w:pPr>
      <w:r>
        <w:t>Caso TT-3044 (2025-11-16)</w:t>
      </w:r>
    </w:p>
    <w:p w14:paraId="5F096565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0683AD76" w14:textId="77777777" w:rsidR="00FD5A90" w:rsidRDefault="00FD5A90" w:rsidP="00FD5A90">
      <w:r>
        <w:t>Acciones realizadas: Se solicitó el comprobante de compra y se confirmó la cobertura de la garantía</w:t>
      </w:r>
    </w:p>
    <w:p w14:paraId="04A22C36" w14:textId="77777777" w:rsidR="00FD5A90" w:rsidRDefault="00FD5A90" w:rsidP="00FD5A90">
      <w:r>
        <w:t>Resultado: Escalado a ingeniería para una segunda revisión</w:t>
      </w:r>
    </w:p>
    <w:p w14:paraId="5C86CAC3" w14:textId="77777777" w:rsidR="00FD5A90" w:rsidRDefault="00FD5A90" w:rsidP="00FD5A90"/>
    <w:p w14:paraId="3A1D8F0E" w14:textId="77777777" w:rsidR="00FD5A90" w:rsidRDefault="00FD5A90" w:rsidP="00FD5A90">
      <w:pPr>
        <w:pStyle w:val="Heading2"/>
      </w:pPr>
      <w:r>
        <w:t>Caso TT-3045 (2025-10-06)</w:t>
      </w:r>
    </w:p>
    <w:p w14:paraId="1B05DB5D" w14:textId="77777777" w:rsidR="00FD5A90" w:rsidRDefault="00FD5A90" w:rsidP="00FD5A90">
      <w:r>
        <w:t>Problema: Problema de durabilidad: se afloja un segmento del bastón de senderismo</w:t>
      </w:r>
    </w:p>
    <w:p w14:paraId="4ABD3901" w14:textId="77777777" w:rsidR="00FD5A90" w:rsidRDefault="00FD5A90" w:rsidP="00FD5A90">
      <w:r>
        <w:t>Acciones realizadas: Se compartieron pautas con el distribuidor y los próximos pasos esperados</w:t>
      </w:r>
    </w:p>
    <w:p w14:paraId="5840BA5F" w14:textId="77777777" w:rsidR="00FD5A90" w:rsidRDefault="00FD5A90" w:rsidP="00FD5A90">
      <w:r>
        <w:t>Resultado: Escalado a ingeniería para una segunda revisión</w:t>
      </w:r>
    </w:p>
    <w:p w14:paraId="463AB4A4" w14:textId="77777777" w:rsidR="00FD5A90" w:rsidRDefault="00FD5A90" w:rsidP="00FD5A90"/>
    <w:p w14:paraId="5530C128" w14:textId="77777777" w:rsidR="00FD5A90" w:rsidRDefault="00FD5A90" w:rsidP="00FD5A90">
      <w:pPr>
        <w:pStyle w:val="Heading2"/>
      </w:pPr>
      <w:r>
        <w:t>Caso TT-3046 (2025-10-20)</w:t>
      </w:r>
    </w:p>
    <w:p w14:paraId="4A6F039B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1FEA369D" w14:textId="77777777" w:rsidR="00FD5A90" w:rsidRDefault="00FD5A90" w:rsidP="00FD5A90">
      <w:r>
        <w:t>Acciones realizadas: Se escaló a ingeniería de producto para una investigación más profunda</w:t>
      </w:r>
    </w:p>
    <w:p w14:paraId="773DEEB0" w14:textId="77777777" w:rsidR="00FD5A90" w:rsidRDefault="00FD5A90" w:rsidP="00FD5A90">
      <w:r>
        <w:t>Resultado: En espera de evidencia adicional del distribuidor</w:t>
      </w:r>
    </w:p>
    <w:p w14:paraId="1DFAC4FC" w14:textId="77777777" w:rsidR="00FD5A90" w:rsidRDefault="00FD5A90" w:rsidP="00FD5A90"/>
    <w:p w14:paraId="3863B284" w14:textId="77777777" w:rsidR="00FD5A90" w:rsidRDefault="00FD5A90" w:rsidP="00FD5A90">
      <w:pPr>
        <w:pStyle w:val="Heading2"/>
      </w:pPr>
      <w:r>
        <w:t>Caso TT-3047 (2025-12-06)</w:t>
      </w:r>
    </w:p>
    <w:p w14:paraId="63C449EB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7C549FA6" w14:textId="77777777" w:rsidR="00FD5A90" w:rsidRDefault="00FD5A90" w:rsidP="00FD5A90">
      <w:r>
        <w:t>Acciones realizadas: Se marcó el caso para el análisis de tendencias de calidad</w:t>
      </w:r>
    </w:p>
    <w:p w14:paraId="557D96FE" w14:textId="77777777" w:rsidR="00FD5A90" w:rsidRDefault="00FD5A90" w:rsidP="00FD5A90">
      <w:r>
        <w:t>Resultado: Producto devuelto y reemplazo enviado</w:t>
      </w:r>
    </w:p>
    <w:p w14:paraId="4E16797F" w14:textId="77777777" w:rsidR="00FD5A90" w:rsidRDefault="00FD5A90" w:rsidP="00FD5A90"/>
    <w:p w14:paraId="4F3FD434" w14:textId="77777777" w:rsidR="00FD5A90" w:rsidRDefault="00FD5A90" w:rsidP="00FD5A90">
      <w:pPr>
        <w:pStyle w:val="Heading2"/>
      </w:pPr>
      <w:r>
        <w:t>Caso TT-3048 (2025-11-09)</w:t>
      </w:r>
    </w:p>
    <w:p w14:paraId="5EBCAB47" w14:textId="77777777" w:rsidR="00FD5A90" w:rsidRDefault="00FD5A90" w:rsidP="00FD5A90">
      <w:r>
        <w:t>Problema: Retraso en la sincronización GPS del dispositivo portátil TrailTrack</w:t>
      </w:r>
      <w:proofErr w:type="spellStart"/>
      <w:r/>
      <w:proofErr w:type="spellEnd"/>
      <w:r/>
    </w:p>
    <w:p w14:paraId="07039B36" w14:textId="77777777" w:rsidR="00FD5A90" w:rsidRDefault="00FD5A90" w:rsidP="00FD5A90">
      <w:r>
        <w:t>Acciones realizadas: Se escaló a ingeniería de producto para una investigación más profunda</w:t>
      </w:r>
    </w:p>
    <w:p w14:paraId="306626FB" w14:textId="77777777" w:rsidR="00FD5A90" w:rsidRDefault="00FD5A90" w:rsidP="00FD5A90">
      <w:r>
        <w:t>Resultado: En espera de evidencia adicional del distribuidor</w:t>
      </w:r>
    </w:p>
    <w:p w14:paraId="59F24625" w14:textId="77777777" w:rsidR="00FD5A90" w:rsidRDefault="00FD5A90" w:rsidP="00FD5A90"/>
    <w:p w14:paraId="3E79E6E9" w14:textId="77777777" w:rsidR="00FD5A90" w:rsidRDefault="00FD5A90" w:rsidP="00FD5A90">
      <w:pPr>
        <w:pStyle w:val="Heading2"/>
      </w:pPr>
      <w:r>
        <w:t>Caso TT-3049 (2025-10-18)</w:t>
      </w:r>
    </w:p>
    <w:p w14:paraId="659C60F1" w14:textId="77777777" w:rsidR="00FD5A90" w:rsidRDefault="00FD5A90" w:rsidP="00FD5A90">
      <w:r>
        <w:t>Problema: La batería de la linterna frontal TrailPro no carga</w:t>
      </w:r>
      <w:proofErr w:type="spellStart"/>
      <w:r/>
      <w:proofErr w:type="spellEnd"/>
      <w:r/>
    </w:p>
    <w:p w14:paraId="3B3FF7C2" w14:textId="77777777" w:rsidR="00FD5A90" w:rsidRDefault="00FD5A90" w:rsidP="00FD5A90">
      <w:r>
        <w:t>Acciones realizadas: Se solicitó evidencia en video para verificar el problema</w:t>
      </w:r>
    </w:p>
    <w:p w14:paraId="2010B122" w14:textId="77777777" w:rsidR="00FD5A90" w:rsidRDefault="00FD5A90" w:rsidP="00FD5A90">
      <w:r>
        <w:t>Resultado: Distribuidor satisfecho y caso cerrado</w:t>
      </w:r>
    </w:p>
    <w:p w14:paraId="3B682F28" w14:textId="77777777" w:rsidR="00FD5A90" w:rsidRDefault="00FD5A90" w:rsidP="00FD5A90"/>
    <w:p w14:paraId="26E5E826" w14:textId="77777777" w:rsidR="00FD5A90" w:rsidRDefault="00FD5A90" w:rsidP="00FD5A90">
      <w:pPr>
        <w:pStyle w:val="Heading2"/>
      </w:pPr>
      <w:r>
        <w:t>Caso TT-3050 (2025-10-26)</w:t>
      </w:r>
    </w:p>
    <w:p w14:paraId="5D07D2BE" w14:textId="77777777" w:rsidR="00FD5A90" w:rsidRDefault="00FD5A90" w:rsidP="00FD5A90">
      <w:r>
        <w:t>Problema: Problema de impermeabilidad en la mochila de día RidgeLine</w:t>
      </w:r>
      <w:proofErr w:type="spellStart"/>
      <w:r/>
      <w:proofErr w:type="spellEnd"/>
      <w:r/>
    </w:p>
    <w:p w14:paraId="102CB42B" w14:textId="77777777" w:rsidR="00FD5A90" w:rsidRDefault="00FD5A90" w:rsidP="00FD5A90">
      <w:r>
        <w:t>Acciones realizadas: Se solicitó el comprobante de compra y se confirmó la cobertura de la garantía</w:t>
      </w:r>
    </w:p>
    <w:p w14:paraId="1E0893BD" w14:textId="77777777" w:rsidR="00FD5A90" w:rsidRDefault="00FD5A90" w:rsidP="00FD5A90">
      <w:r>
        <w:t>Resultado: Producto devuelto y reemplazo enviado</w:t>
      </w:r>
    </w:p>
    <w:p w14:paraId="4A188364" w14:textId="77777777" w:rsidR="00FD5A90" w:rsidRDefault="00FD5A90" w:rsidP="00FD5A90"/>
    <w:p w14:paraId="297562FB" w14:textId="77777777" w:rsidR="00FD5A90" w:rsidRDefault="00FD5A90" w:rsidP="00FD5A90">
      <w:pPr>
        <w:pStyle w:val="Heading2"/>
      </w:pPr>
      <w:r>
        <w:t>Caso TT-3051 (2025-12-01)</w:t>
      </w:r>
    </w:p>
    <w:p w14:paraId="1762EDE2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494CC181" w14:textId="77777777" w:rsidR="00FD5A90" w:rsidRDefault="00FD5A90" w:rsidP="00FD5A90">
      <w:r>
        <w:t>Acciones realizadas: Se marcó el caso para el análisis de tendencias de calidad</w:t>
      </w:r>
    </w:p>
    <w:p w14:paraId="20A859DE" w14:textId="77777777" w:rsidR="00FD5A90" w:rsidRDefault="00FD5A90" w:rsidP="00FD5A90">
      <w:r>
        <w:t>Resultado: Distribuidor satisfecho y caso cerrado</w:t>
      </w:r>
    </w:p>
    <w:p w14:paraId="758C519E" w14:textId="77777777" w:rsidR="00FD5A90" w:rsidRDefault="00FD5A90" w:rsidP="00FD5A90"/>
    <w:p w14:paraId="23240E8A" w14:textId="77777777" w:rsidR="00FD5A90" w:rsidRDefault="00FD5A90" w:rsidP="00FD5A90">
      <w:pPr>
        <w:pStyle w:val="Heading2"/>
      </w:pPr>
      <w:r>
        <w:t>Caso TT-3052 (2025-11-06)</w:t>
      </w:r>
    </w:p>
    <w:p w14:paraId="394E8C97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15744923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292673BF" w14:textId="77777777" w:rsidR="00FD5A90" w:rsidRDefault="00FD5A90" w:rsidP="00FD5A90">
      <w:r>
        <w:t>Resultado: Escalado a ingeniería para una segunda revisión</w:t>
      </w:r>
    </w:p>
    <w:p w14:paraId="43332A6C" w14:textId="77777777" w:rsidR="00FD5A90" w:rsidRDefault="00FD5A90" w:rsidP="00FD5A90"/>
    <w:p w14:paraId="1CEF4861" w14:textId="77777777" w:rsidR="00FD5A90" w:rsidRDefault="00FD5A90" w:rsidP="00FD5A90">
      <w:pPr>
        <w:pStyle w:val="Heading2"/>
      </w:pPr>
      <w:r>
        <w:t>Caso TT-3053 (2025-11-10)</w:t>
      </w:r>
    </w:p>
    <w:p w14:paraId="22B86E3B" w14:textId="77777777" w:rsidR="00FD5A90" w:rsidRDefault="00FD5A90" w:rsidP="00FD5A90">
      <w:r>
        <w:t>Problema: Pérdida intermitente de conectividad en el farol de campamento de gama alta</w:t>
      </w:r>
      <w:proofErr w:type="gramStart"/>
      <w:r/>
      <w:proofErr w:type="gramEnd"/>
    </w:p>
    <w:p w14:paraId="1869A1BB" w14:textId="77777777" w:rsidR="00FD5A90" w:rsidRDefault="00FD5A90" w:rsidP="00FD5A90">
      <w:r>
        <w:t>Acciones realizadas: Se marcó el caso para el análisis de tendencias de calidad</w:t>
      </w:r>
    </w:p>
    <w:p w14:paraId="276E43AC" w14:textId="77777777" w:rsidR="00FD5A90" w:rsidRDefault="00FD5A90" w:rsidP="00FD5A90">
      <w:r>
        <w:t>Resultado: Defecto confirmado e incluido en el informe semanal de calidad</w:t>
      </w:r>
    </w:p>
    <w:p w14:paraId="4C26F4ED" w14:textId="77777777" w:rsidR="00FD5A90" w:rsidRDefault="00FD5A90" w:rsidP="00FD5A90"/>
    <w:p w14:paraId="0D8F00F7" w14:textId="77777777" w:rsidR="00FD5A90" w:rsidRDefault="00FD5A90" w:rsidP="00FD5A90">
      <w:pPr>
        <w:pStyle w:val="Heading2"/>
      </w:pPr>
      <w:r>
        <w:t>Caso TT-3054 (2025-10-16)</w:t>
      </w:r>
    </w:p>
    <w:p w14:paraId="4224C78A" w14:textId="77777777" w:rsidR="00FD5A90" w:rsidRDefault="00FD5A90" w:rsidP="00FD5A90">
      <w:r>
        <w:t>Problema: Rotura de la correa de la mochila UltraHike</w:t>
      </w:r>
      <w:proofErr w:type="spellStart"/>
      <w:r/>
      <w:proofErr w:type="spellEnd"/>
      <w:r/>
    </w:p>
    <w:p w14:paraId="1807E1BC" w14:textId="77777777" w:rsidR="00FD5A90" w:rsidRDefault="00FD5A90" w:rsidP="00FD5A90">
      <w:r>
        <w:t>Acciones realizadas: Se marcó el caso para el análisis de tendencias de calidad</w:t>
      </w:r>
    </w:p>
    <w:p w14:paraId="016BB2A8" w14:textId="77777777" w:rsidR="00FD5A90" w:rsidRDefault="00FD5A90" w:rsidP="00FD5A90">
      <w:r>
        <w:t>Resultado: Escalado a ingeniería para una segunda revisión</w:t>
      </w:r>
    </w:p>
    <w:p w14:paraId="1BB183D7" w14:textId="77777777" w:rsidR="00FD5A90" w:rsidRDefault="00FD5A90" w:rsidP="00FD5A90"/>
    <w:p w14:paraId="041B9A6A" w14:textId="77777777" w:rsidR="00FD5A90" w:rsidRDefault="00FD5A90" w:rsidP="00FD5A90">
      <w:pPr>
        <w:pStyle w:val="Heading2"/>
      </w:pPr>
      <w:r>
        <w:t>Caso TT-3055 (2025-11-26)</w:t>
      </w:r>
    </w:p>
    <w:p w14:paraId="31FF822E" w14:textId="77777777" w:rsidR="00FD5A90" w:rsidRDefault="00FD5A90" w:rsidP="00FD5A90">
      <w:r>
        <w:t>Problema: El botón de encendido del altavoz TrailSound no responde</w:t>
      </w:r>
      <w:proofErr w:type="spellStart"/>
      <w:r/>
      <w:proofErr w:type="spellEnd"/>
      <w:r/>
    </w:p>
    <w:p w14:paraId="3231DA3E" w14:textId="77777777" w:rsidR="00FD5A90" w:rsidRDefault="00FD5A90" w:rsidP="00FD5A90">
      <w:r>
        <w:t>Acciones realizadas: Se solicitó evidencia en video para verificar el problema</w:t>
      </w:r>
    </w:p>
    <w:p w14:paraId="3D8E4F35" w14:textId="77777777" w:rsidR="00FD5A90" w:rsidRDefault="00FD5A90" w:rsidP="00FD5A90">
      <w:r>
        <w:t>Resultado: En espera de evidencia adicional del distribuidor</w:t>
      </w:r>
    </w:p>
    <w:p w14:paraId="17817BCF" w14:textId="77777777" w:rsidR="00FD5A90" w:rsidRDefault="00FD5A90" w:rsidP="00FD5A90"/>
    <w:p w14:paraId="5D77845F" w14:textId="77777777" w:rsidR="00FD5A90" w:rsidRDefault="00FD5A90" w:rsidP="00FD5A90">
      <w:pPr>
        <w:pStyle w:val="Heading2"/>
      </w:pPr>
      <w:r>
        <w:t>Caso TT-3056 (2025-11-25)</w:t>
      </w:r>
    </w:p>
    <w:p w14:paraId="4D1E17FD" w14:textId="77777777" w:rsidR="00FD5A90" w:rsidRDefault="00FD5A90" w:rsidP="00FD5A90">
      <w:r>
        <w:t>Problema: Problema de impermeabilidad en la mochila de día RidgeLine</w:t>
      </w:r>
      <w:proofErr w:type="spellStart"/>
      <w:r/>
      <w:proofErr w:type="spellEnd"/>
      <w:r/>
    </w:p>
    <w:p w14:paraId="168B18D5" w14:textId="77777777" w:rsidR="00FD5A90" w:rsidRDefault="00FD5A90" w:rsidP="00FD5A90">
      <w:r>
        <w:t>Acciones realizadas: Se abrió una autorización de devolución (RMA) y se generó una etiqueta de envío prepagada</w:t>
      </w:r>
    </w:p>
    <w:p w14:paraId="714467A3" w14:textId="77777777" w:rsidR="00FD5A90" w:rsidRDefault="00FD5A90" w:rsidP="00FD5A90">
      <w:r>
        <w:t>Resultado: Distribuidor satisfecho y caso cerrado</w:t>
      </w:r>
    </w:p>
    <w:p w14:paraId="6848C442" w14:textId="77777777" w:rsidR="00FD5A90" w:rsidRDefault="00FD5A90" w:rsidP="00FD5A90"/>
    <w:p w14:paraId="4A9E157B" w14:textId="77777777" w:rsidR="00FD5A90" w:rsidRDefault="00FD5A90" w:rsidP="00FD5A90">
      <w:pPr>
        <w:pStyle w:val="Heading2"/>
      </w:pPr>
      <w:r>
        <w:t>Caso TT-3057 (2025-10-30)</w:t>
      </w:r>
    </w:p>
    <w:p w14:paraId="2DAAF30A" w14:textId="77777777" w:rsidR="00FD5A90" w:rsidRDefault="00FD5A90" w:rsidP="00FD5A90">
      <w:r>
        <w:t>Problema: Lectura de temperatura incorrecta en la botella inteligente SummitTherm</w:t>
      </w:r>
      <w:proofErr w:type="spellStart"/>
      <w:r/>
      <w:proofErr w:type="spellEnd"/>
      <w:r/>
    </w:p>
    <w:p w14:paraId="123A9AEE" w14:textId="77777777" w:rsidR="00FD5A90" w:rsidRDefault="00FD5A90" w:rsidP="00FD5A90">
      <w:r>
        <w:t>Acciones realizadas: Se dieron pasos para solucionar el problema y se solicitaron fotos</w:t>
      </w:r>
    </w:p>
    <w:p w14:paraId="6D565D32" w14:textId="77777777" w:rsidR="00FD5A90" w:rsidRDefault="00FD5A90" w:rsidP="00FD5A90">
      <w:r>
        <w:t>Resultado: En espera de evidencia adicional del distribuidor</w:t>
      </w:r>
    </w:p>
    <w:p w14:paraId="254244F8" w14:textId="77777777" w:rsidR="00FD5A90" w:rsidRDefault="00FD5A90" w:rsidP="00FD5A90"/>
    <w:p w14:paraId="7A5CB708" w14:textId="77777777" w:rsidR="00FD5A90" w:rsidRDefault="00FD5A90" w:rsidP="00FD5A90">
      <w:pPr>
        <w:pStyle w:val="Heading2"/>
      </w:pPr>
      <w:r>
        <w:t>Caso TT-3058 (2025-12-06)</w:t>
      </w:r>
    </w:p>
    <w:p w14:paraId="51E69F0C" w14:textId="77777777" w:rsidR="00FD5A90" w:rsidRDefault="00FD5A90" w:rsidP="00FD5A90">
      <w:r>
        <w:t>Problema: Parpadeo del LED en la linterna NightGuide</w:t>
      </w:r>
      <w:proofErr w:type="spellStart"/>
      <w:r/>
      <w:proofErr w:type="spellEnd"/>
      <w:r/>
    </w:p>
    <w:p w14:paraId="177073FE" w14:textId="77777777" w:rsidR="00FD5A90" w:rsidRDefault="00FD5A90" w:rsidP="00FD5A90">
      <w:r>
        <w:t>Acciones realizadas: Se compartieron pautas con el distribuidor y los próximos pasos esperados</w:t>
      </w:r>
    </w:p>
    <w:p w14:paraId="501E8893" w14:textId="77777777" w:rsidR="00FD5A90" w:rsidRDefault="00FD5A90" w:rsidP="00FD5A90">
      <w:r>
        <w:t>Resultado: Distribuidor satisfecho y caso cerrado</w:t>
      </w:r>
    </w:p>
    <w:p w14:paraId="3E6A5D2C" w14:textId="77777777" w:rsidR="00FD5A90" w:rsidRDefault="00FD5A90" w:rsidP="00FD5A90"/>
    <w:p w14:paraId="11853ECC" w14:textId="77777777" w:rsidR="00FD5A90" w:rsidRDefault="00FD5A90" w:rsidP="00FD5A90">
      <w:pPr>
        <w:pStyle w:val="Heading2"/>
      </w:pPr>
      <w:r>
        <w:t>Caso TT-3059 (2025-10-30)</w:t>
      </w:r>
    </w:p>
    <w:p w14:paraId="3FC6DB78" w14:textId="77777777" w:rsidR="00FD5A90" w:rsidRDefault="00FD5A90" w:rsidP="00FD5A90">
      <w:r>
        <w:t>Problema: Problema de durabilidad: se afloja un segmento del bastón de senderismo</w:t>
      </w:r>
    </w:p>
    <w:p w14:paraId="4ADE6FBF" w14:textId="77777777" w:rsidR="00FD5A90" w:rsidRDefault="00FD5A90" w:rsidP="00FD5A90">
      <w:r>
        <w:t>Acciones realizadas: Se solicitó evidencia en video para verificar el problema</w:t>
      </w:r>
    </w:p>
    <w:p w14:paraId="5271D478" w14:textId="77777777" w:rsidR="00FD5A90" w:rsidRDefault="00FD5A90" w:rsidP="00FD5A90">
      <w:r>
        <w:t>Resultado: Escalado a ingeniería para una segunda revisión</w:t>
      </w:r>
    </w:p>
    <w:p w14:paraId="73F0D083" w14:textId="77777777" w:rsidR="00FD5A90" w:rsidRDefault="00FD5A90" w:rsidP="00FD5A90"/>
    <w:p w14:paraId="32EE7B1D" w14:textId="34F1856A" w:rsidR="00416BD0" w:rsidRPr="00FD5A90" w:rsidRDefault="00416BD0" w:rsidP="00FD5A90"/>
    <w:sectPr w:rsidR="00416BD0" w:rsidRPr="00FD5A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1902875">
    <w:abstractNumId w:val="8"/>
  </w:num>
  <w:num w:numId="2" w16cid:durableId="127670615">
    <w:abstractNumId w:val="6"/>
  </w:num>
  <w:num w:numId="3" w16cid:durableId="1552964212">
    <w:abstractNumId w:val="5"/>
  </w:num>
  <w:num w:numId="4" w16cid:durableId="674723228">
    <w:abstractNumId w:val="4"/>
  </w:num>
  <w:num w:numId="5" w16cid:durableId="1513640843">
    <w:abstractNumId w:val="7"/>
  </w:num>
  <w:num w:numId="6" w16cid:durableId="1340278373">
    <w:abstractNumId w:val="3"/>
  </w:num>
  <w:num w:numId="7" w16cid:durableId="238059334">
    <w:abstractNumId w:val="2"/>
  </w:num>
  <w:num w:numId="8" w16cid:durableId="669721303">
    <w:abstractNumId w:val="1"/>
  </w:num>
  <w:num w:numId="9" w16cid:durableId="9714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8DB"/>
    <w:rsid w:val="0015074B"/>
    <w:rsid w:val="0029639D"/>
    <w:rsid w:val="00326F90"/>
    <w:rsid w:val="00396B51"/>
    <w:rsid w:val="00416BD0"/>
    <w:rsid w:val="004C0F9D"/>
    <w:rsid w:val="00891831"/>
    <w:rsid w:val="00AA1D8D"/>
    <w:rsid w:val="00B47730"/>
    <w:rsid w:val="00CB0664"/>
    <w:rsid w:val="00FC693F"/>
    <w:rsid w:val="00FD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532F6A2-57F3-450B-ADF4-A101CBA4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1606</Words>
  <Characters>10314</Characters>
  <Application>Microsoft Office Word</Application>
  <DocSecurity>0</DocSecurity>
  <Lines>234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3</cp:revision>
  <dcterms:created xsi:type="dcterms:W3CDTF">2013-12-23T23:15:00Z</dcterms:created>
  <dcterms:modified xsi:type="dcterms:W3CDTF">2026-01-17T15:56:00Z</dcterms:modified>
  <cp:category/>
</cp:coreProperties>
</file>